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נקמתו של סבל ותמונות מבית הספר העממי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שני הסיפורים ואת הדמויות המרכזיות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כמו אפיון דמות, נקודת מבט, אירוניה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כבוד האדם, זהות ושייכות דרך שני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זלמן התורכי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בדרך שקטה, בלי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חלב שבסוריה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'צבר'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יהושע בר-יוסף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האירוע שמניע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נוקם בדרך שקטה בלי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הסיפור עוסק בבושה וגאווה בזהות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מנסה לשמור גם על הבית וגם להשתלב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נושא מרכזי בשני הסיפורים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שעובד בנשיאת משאות כבדים)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(הדרך שהסיפור מתאר את הדמות)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מספר את הסיפור ואיך הוא רואה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(פער בין הציפייה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(רעיון של מיזוג עולים לתרבות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נקמה שקטה שומרת על כבודו ומראה פיקחות וריסון, בלי להיכנס לצרות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שנראה חלש ונחות דווקא מצליח לנצח את מי שהשפיל אותו, בלי שהוא ידע 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יזהה: שני הגיבורים חווים פגיעה בכבודם/זהותם מצד הסביבה, ושניהם מוצאים דרך שקטה ואישית להתמודד בלי לאבד את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למך הסבל בסיפור הראשון, הילד העולה מחלב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נקמה בלי אלימות גלויה, המבוססת על חוכמה ולא על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עוסקים באנשים שהחברה משפילה או לא רואה באמת, ובדרך שבה הם שומרים על כבודם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חוויית השפלה או אי-הכרה, לפני הצגת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הקטעים הקצרים מהטקסטים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נקמתו של סבל ותמונות מבית הספר העממי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שני סיפורים: אחד על סבל בצפת שמרגיש מושפל ונוקם בשקט, ואחד על ילד עולה שרוצה להתאים לחברה החדשה. נלמד מילים חדשות ונחשוב על כבוד בין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שעובד בנשיאת משאות כבדים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בכבוד של אדם מול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נקמה שקטה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לפגיעה בלי אלימות גלויה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הסיפור מתאר את הדמות - מראה, מעשים, 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ואיך הוא רואה את האירועים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שמצפים לו לבין מה שקורה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בסיפור שמייצג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כור ההיתוך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 מיזוג עולים מתרבויות שונות לתרבות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עובד למך?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אמר את הבדיחה שפגעה בלמך?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זלמן התורכי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למך מגיב להשפלה?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מכה אותו בפומבי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שקטה, בלי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מתלונן עליו למשטרה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עוזב את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עלה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חלב שבסוריה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הילד רוצה להיראות?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'צבר'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כתב את הסיפור על למך הסבל?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יהושע בר-יוסף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יעקב שטיינברג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נחמן ביאליק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למך הסבל נעלב מבדיחה של זלמן התורכי.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למך פוגע בזלמן באלימות גלויה.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מחלב מרגיש לפעמים בושה במוצאו.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מוותר לגמרי על ביתו וזהותו הישנה.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הסיפורים עוסקים בשאלת כבוד האדם.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למך הסבל נוקם בזלמן התורכי בלי __________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אמנון שמוש נולד בעיר __________ שבסוריה.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 מנסה להיות '__________' כדי להשתלב בחברה הישראלית.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יהושע בר-יוסף היה יליד העיר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מספר את הסיפור ואיך הוא רואה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אפיון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רעיון של מיזוג עולים לתרבות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פער בין הציפייה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שעובד בנשיאת משאות כבדים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כור ההיתוך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הדרך שהסיפור מתאר את הדמות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למך בוחר לנקום בדרך שקטה ולא באלימות? מה זה מלמד עלינו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האירוניה במצבו של למך הסבל?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המשותף בין תחושת ההשפלה של למך הסבל לבין תחושת הילד העולה מחלב? איך כל אחד מהם מתמודד עם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בכל אחד משני הסיפורים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'נקמה שקטה' ובמה היא שונה מנקמה אלימה?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שני הסיפורים לנושא כבוד האדם?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נקמתו של סבל ותמונות מבית הספר העממי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